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CF526" w14:textId="178A11A1" w:rsidR="009C3979" w:rsidRPr="009C3979" w:rsidRDefault="009C3979" w:rsidP="00E82CC2">
      <w:pPr>
        <w:keepNext/>
        <w:jc w:val="center"/>
        <w:rPr>
          <w:rFonts w:ascii="Calibri" w:hAnsi="Calibri" w:cs="Calibri"/>
          <w:b/>
          <w:sz w:val="22"/>
          <w:lang w:val="el-GR"/>
        </w:rPr>
      </w:pPr>
      <w:r w:rsidRPr="009C3979">
        <w:rPr>
          <w:rFonts w:ascii="Calibri" w:hAnsi="Calibri" w:cs="Calibri"/>
          <w:b/>
          <w:noProof/>
          <w:sz w:val="22"/>
          <w:lang w:val="el-GR"/>
        </w:rPr>
        <w:drawing>
          <wp:inline distT="0" distB="0" distL="0" distR="0" wp14:anchorId="26D31CD7" wp14:editId="08741947">
            <wp:extent cx="609600" cy="599809"/>
            <wp:effectExtent l="0" t="0" r="0" b="0"/>
            <wp:docPr id="9932060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06038" name="Εικόνα 993206038"/>
                    <pic:cNvPicPr/>
                  </pic:nvPicPr>
                  <pic:blipFill>
                    <a:blip r:embed="rId6"/>
                    <a:stretch>
                      <a:fillRect/>
                    </a:stretch>
                  </pic:blipFill>
                  <pic:spPr>
                    <a:xfrm>
                      <a:off x="0" y="0"/>
                      <a:ext cx="626249" cy="616191"/>
                    </a:xfrm>
                    <a:prstGeom prst="rect">
                      <a:avLst/>
                    </a:prstGeom>
                  </pic:spPr>
                </pic:pic>
              </a:graphicData>
            </a:graphic>
          </wp:inline>
        </w:drawing>
      </w:r>
    </w:p>
    <w:p w14:paraId="24059D3D" w14:textId="68FA7CD3" w:rsidR="00794A48" w:rsidRPr="009C3979" w:rsidRDefault="00000000" w:rsidP="00E82CC2">
      <w:pPr>
        <w:keepNext/>
        <w:jc w:val="center"/>
        <w:rPr>
          <w:rFonts w:ascii="Calibri" w:hAnsi="Calibri" w:cs="Calibri"/>
          <w:sz w:val="22"/>
        </w:rPr>
      </w:pPr>
      <w:r w:rsidRPr="009C3979">
        <w:rPr>
          <w:rFonts w:ascii="Calibri" w:hAnsi="Calibri" w:cs="Calibri"/>
          <w:b/>
          <w:sz w:val="22"/>
        </w:rPr>
        <w:t>ΥΠΕΥΘΥΝΗ ΔΗΛΩΣΗ</w:t>
      </w:r>
    </w:p>
    <w:p w14:paraId="066DE283" w14:textId="77777777" w:rsidR="00794A48" w:rsidRPr="009C3979" w:rsidRDefault="00000000" w:rsidP="00E82CC2">
      <w:pPr>
        <w:keepNext/>
        <w:spacing w:after="200"/>
        <w:jc w:val="center"/>
        <w:rPr>
          <w:rFonts w:ascii="Calibri" w:hAnsi="Calibri" w:cs="Calibri"/>
          <w:sz w:val="22"/>
        </w:rPr>
      </w:pPr>
      <w:r w:rsidRPr="009C3979">
        <w:rPr>
          <w:rFonts w:ascii="Calibri" w:hAnsi="Calibri" w:cs="Calibri"/>
          <w:b/>
          <w:sz w:val="22"/>
        </w:rPr>
        <w:t>(άρθρο 8 Ν.1599/1986)</w:t>
      </w:r>
    </w:p>
    <w:tbl>
      <w:tblPr>
        <w:tblW w:w="0" w:type="auto"/>
        <w:jc w:val="center"/>
        <w:tblLayout w:type="fixed"/>
        <w:tblLook w:val="04A0" w:firstRow="1" w:lastRow="0" w:firstColumn="1" w:lastColumn="0" w:noHBand="0" w:noVBand="1"/>
      </w:tblPr>
      <w:tblGrid>
        <w:gridCol w:w="1984"/>
        <w:gridCol w:w="1247"/>
        <w:gridCol w:w="1588"/>
        <w:gridCol w:w="849"/>
        <w:gridCol w:w="1105"/>
        <w:gridCol w:w="878"/>
        <w:gridCol w:w="680"/>
        <w:gridCol w:w="1873"/>
      </w:tblGrid>
      <w:tr w:rsidR="00794A48" w:rsidRPr="009C3979" w14:paraId="0E6F9B20" w14:textId="77777777" w:rsidTr="00E82CC2">
        <w:trPr>
          <w:trHeight w:val="372"/>
          <w:jc w:val="center"/>
        </w:trPr>
        <w:tc>
          <w:tcPr>
            <w:tcW w:w="10204" w:type="dxa"/>
            <w:gridSpan w:val="8"/>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40977BA7" w14:textId="77777777" w:rsidR="00794A48" w:rsidRPr="009C3979" w:rsidRDefault="00000000" w:rsidP="009C3979">
            <w:pPr>
              <w:jc w:val="both"/>
              <w:rPr>
                <w:rFonts w:ascii="Calibri" w:hAnsi="Calibri" w:cs="Calibri"/>
                <w:sz w:val="22"/>
                <w:lang w:val="el-GR"/>
              </w:rPr>
            </w:pPr>
            <w:r w:rsidRPr="009C3979">
              <w:rPr>
                <w:rFonts w:ascii="Calibri" w:hAnsi="Calibri" w:cs="Calibri"/>
                <w:sz w:val="22"/>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794A48" w:rsidRPr="009C3979" w14:paraId="30C82C07" w14:textId="77777777" w:rsidTr="00E82CC2">
        <w:trPr>
          <w:trHeight w:val="242"/>
          <w:jc w:val="center"/>
        </w:trPr>
        <w:tc>
          <w:tcPr>
            <w:tcW w:w="1984"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68FF50FF" w14:textId="77777777" w:rsidR="00794A48" w:rsidRPr="009C3979" w:rsidRDefault="00000000" w:rsidP="009C3979">
            <w:pPr>
              <w:jc w:val="both"/>
              <w:rPr>
                <w:rFonts w:ascii="Calibri" w:hAnsi="Calibri" w:cs="Calibri"/>
                <w:sz w:val="22"/>
              </w:rPr>
            </w:pPr>
            <w:r w:rsidRPr="009C3979">
              <w:rPr>
                <w:rFonts w:ascii="Calibri" w:hAnsi="Calibri" w:cs="Calibri"/>
                <w:sz w:val="22"/>
              </w:rPr>
              <w:t>ΠΡΟΣ(1):</w:t>
            </w:r>
          </w:p>
        </w:tc>
        <w:tc>
          <w:tcPr>
            <w:tcW w:w="8220" w:type="dxa"/>
            <w:gridSpan w:val="7"/>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25D32892" w14:textId="77777777" w:rsidR="00794A48" w:rsidRPr="009C3979" w:rsidRDefault="00000000" w:rsidP="009C3979">
            <w:pPr>
              <w:jc w:val="both"/>
              <w:rPr>
                <w:rFonts w:ascii="Calibri" w:hAnsi="Calibri" w:cs="Calibri"/>
                <w:sz w:val="22"/>
                <w:lang w:val="el-GR"/>
              </w:rPr>
            </w:pPr>
            <w:r w:rsidRPr="009C3979">
              <w:rPr>
                <w:rFonts w:ascii="Calibri" w:hAnsi="Calibri" w:cs="Calibri"/>
                <w:sz w:val="22"/>
                <w:lang w:val="el-GR"/>
              </w:rPr>
              <w:t>Τμήμα Οργάνωσης και Διοίκησης Επιχειρήσεων, Διεθνές Πανεπιστήμιο της Ελλάδος</w:t>
            </w:r>
          </w:p>
        </w:tc>
      </w:tr>
      <w:tr w:rsidR="00794A48" w:rsidRPr="009C3979" w14:paraId="6BF764FD" w14:textId="77777777" w:rsidTr="00E82CC2">
        <w:trPr>
          <w:trHeight w:val="236"/>
          <w:jc w:val="center"/>
        </w:trPr>
        <w:tc>
          <w:tcPr>
            <w:tcW w:w="1984"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0A4DCADC" w14:textId="77777777" w:rsidR="00794A48" w:rsidRPr="009C3979" w:rsidRDefault="00000000" w:rsidP="009C3979">
            <w:pPr>
              <w:jc w:val="both"/>
              <w:rPr>
                <w:rFonts w:ascii="Calibri" w:hAnsi="Calibri" w:cs="Calibri"/>
                <w:sz w:val="22"/>
              </w:rPr>
            </w:pPr>
            <w:r w:rsidRPr="009C3979">
              <w:rPr>
                <w:rFonts w:ascii="Calibri" w:hAnsi="Calibri" w:cs="Calibri"/>
                <w:sz w:val="22"/>
              </w:rPr>
              <w:t xml:space="preserve">Ο – Η </w:t>
            </w:r>
            <w:proofErr w:type="spellStart"/>
            <w:r w:rsidRPr="009C3979">
              <w:rPr>
                <w:rFonts w:ascii="Calibri" w:hAnsi="Calibri" w:cs="Calibri"/>
                <w:sz w:val="22"/>
              </w:rPr>
              <w:t>Όνομ</w:t>
            </w:r>
            <w:proofErr w:type="spellEnd"/>
            <w:r w:rsidRPr="009C3979">
              <w:rPr>
                <w:rFonts w:ascii="Calibri" w:hAnsi="Calibri" w:cs="Calibri"/>
                <w:sz w:val="22"/>
              </w:rPr>
              <w:t>α:</w:t>
            </w:r>
          </w:p>
        </w:tc>
        <w:tc>
          <w:tcPr>
            <w:tcW w:w="3684" w:type="dxa"/>
            <w:gridSpan w:val="3"/>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656C03E1" w14:textId="77777777" w:rsidR="00794A48" w:rsidRPr="009C3979" w:rsidRDefault="00794A48" w:rsidP="009C3979">
            <w:pPr>
              <w:jc w:val="both"/>
              <w:rPr>
                <w:rFonts w:ascii="Calibri" w:hAnsi="Calibri" w:cs="Calibri"/>
                <w:sz w:val="22"/>
              </w:rPr>
            </w:pPr>
          </w:p>
        </w:tc>
        <w:tc>
          <w:tcPr>
            <w:tcW w:w="1105"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7BDDC426" w14:textId="77777777" w:rsidR="00794A48" w:rsidRPr="009C3979" w:rsidRDefault="00000000" w:rsidP="009C3979">
            <w:pPr>
              <w:jc w:val="both"/>
              <w:rPr>
                <w:rFonts w:ascii="Calibri" w:hAnsi="Calibri" w:cs="Calibri"/>
                <w:sz w:val="22"/>
              </w:rPr>
            </w:pPr>
            <w:r w:rsidRPr="009C3979">
              <w:rPr>
                <w:rFonts w:ascii="Calibri" w:hAnsi="Calibri" w:cs="Calibri"/>
                <w:sz w:val="22"/>
              </w:rPr>
              <w:t>Επώνυμο:</w:t>
            </w:r>
          </w:p>
        </w:tc>
        <w:tc>
          <w:tcPr>
            <w:tcW w:w="3431" w:type="dxa"/>
            <w:gridSpan w:val="3"/>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05BAD7D9" w14:textId="77777777" w:rsidR="00794A48" w:rsidRPr="009C3979" w:rsidRDefault="00794A48" w:rsidP="009C3979">
            <w:pPr>
              <w:jc w:val="both"/>
              <w:rPr>
                <w:rFonts w:ascii="Calibri" w:hAnsi="Calibri" w:cs="Calibri"/>
                <w:sz w:val="22"/>
              </w:rPr>
            </w:pPr>
          </w:p>
        </w:tc>
      </w:tr>
      <w:tr w:rsidR="00794A48" w:rsidRPr="009C3979" w14:paraId="139443BE" w14:textId="77777777" w:rsidTr="00E82CC2">
        <w:trPr>
          <w:trHeight w:val="322"/>
          <w:jc w:val="center"/>
        </w:trPr>
        <w:tc>
          <w:tcPr>
            <w:tcW w:w="3231" w:type="dxa"/>
            <w:gridSpan w:val="2"/>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0CEA30DB"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Όνομ</w:t>
            </w:r>
            <w:proofErr w:type="spellEnd"/>
            <w:r w:rsidRPr="009C3979">
              <w:rPr>
                <w:rFonts w:ascii="Calibri" w:hAnsi="Calibri" w:cs="Calibri"/>
                <w:sz w:val="22"/>
              </w:rPr>
              <w:t>α και Επ</w:t>
            </w:r>
            <w:proofErr w:type="spellStart"/>
            <w:r w:rsidRPr="009C3979">
              <w:rPr>
                <w:rFonts w:ascii="Calibri" w:hAnsi="Calibri" w:cs="Calibri"/>
                <w:sz w:val="22"/>
              </w:rPr>
              <w:t>ώνυμο</w:t>
            </w:r>
            <w:proofErr w:type="spellEnd"/>
            <w:r w:rsidRPr="009C3979">
              <w:rPr>
                <w:rFonts w:ascii="Calibri" w:hAnsi="Calibri" w:cs="Calibri"/>
                <w:sz w:val="22"/>
              </w:rPr>
              <w:t xml:space="preserve"> Πα</w:t>
            </w:r>
            <w:proofErr w:type="spellStart"/>
            <w:r w:rsidRPr="009C3979">
              <w:rPr>
                <w:rFonts w:ascii="Calibri" w:hAnsi="Calibri" w:cs="Calibri"/>
                <w:sz w:val="22"/>
              </w:rPr>
              <w:t>τέρ</w:t>
            </w:r>
            <w:proofErr w:type="spellEnd"/>
            <w:r w:rsidRPr="009C3979">
              <w:rPr>
                <w:rFonts w:ascii="Calibri" w:hAnsi="Calibri" w:cs="Calibri"/>
                <w:sz w:val="22"/>
              </w:rPr>
              <w:t>α:</w:t>
            </w:r>
          </w:p>
        </w:tc>
        <w:tc>
          <w:tcPr>
            <w:tcW w:w="6973" w:type="dxa"/>
            <w:gridSpan w:val="6"/>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0F60E740" w14:textId="77777777" w:rsidR="00794A48" w:rsidRPr="009C3979" w:rsidRDefault="00794A48" w:rsidP="009C3979">
            <w:pPr>
              <w:jc w:val="both"/>
              <w:rPr>
                <w:rFonts w:ascii="Calibri" w:hAnsi="Calibri" w:cs="Calibri"/>
                <w:sz w:val="22"/>
              </w:rPr>
            </w:pPr>
          </w:p>
        </w:tc>
      </w:tr>
      <w:tr w:rsidR="00794A48" w:rsidRPr="009C3979" w14:paraId="6B182E26" w14:textId="77777777" w:rsidTr="00E82CC2">
        <w:trPr>
          <w:trHeight w:val="258"/>
          <w:jc w:val="center"/>
        </w:trPr>
        <w:tc>
          <w:tcPr>
            <w:tcW w:w="3231" w:type="dxa"/>
            <w:gridSpan w:val="2"/>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39F77A0F"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Όνομ</w:t>
            </w:r>
            <w:proofErr w:type="spellEnd"/>
            <w:r w:rsidRPr="009C3979">
              <w:rPr>
                <w:rFonts w:ascii="Calibri" w:hAnsi="Calibri" w:cs="Calibri"/>
                <w:sz w:val="22"/>
              </w:rPr>
              <w:t>α και Επ</w:t>
            </w:r>
            <w:proofErr w:type="spellStart"/>
            <w:r w:rsidRPr="009C3979">
              <w:rPr>
                <w:rFonts w:ascii="Calibri" w:hAnsi="Calibri" w:cs="Calibri"/>
                <w:sz w:val="22"/>
              </w:rPr>
              <w:t>ώνυμο</w:t>
            </w:r>
            <w:proofErr w:type="spellEnd"/>
            <w:r w:rsidRPr="009C3979">
              <w:rPr>
                <w:rFonts w:ascii="Calibri" w:hAnsi="Calibri" w:cs="Calibri"/>
                <w:sz w:val="22"/>
              </w:rPr>
              <w:t xml:space="preserve"> </w:t>
            </w:r>
            <w:proofErr w:type="spellStart"/>
            <w:r w:rsidRPr="009C3979">
              <w:rPr>
                <w:rFonts w:ascii="Calibri" w:hAnsi="Calibri" w:cs="Calibri"/>
                <w:sz w:val="22"/>
              </w:rPr>
              <w:t>Μητέρ</w:t>
            </w:r>
            <w:proofErr w:type="spellEnd"/>
            <w:r w:rsidRPr="009C3979">
              <w:rPr>
                <w:rFonts w:ascii="Calibri" w:hAnsi="Calibri" w:cs="Calibri"/>
                <w:sz w:val="22"/>
              </w:rPr>
              <w:t>ας:</w:t>
            </w:r>
          </w:p>
        </w:tc>
        <w:tc>
          <w:tcPr>
            <w:tcW w:w="6973" w:type="dxa"/>
            <w:gridSpan w:val="6"/>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66126777" w14:textId="77777777" w:rsidR="00794A48" w:rsidRPr="009C3979" w:rsidRDefault="00794A48" w:rsidP="009C3979">
            <w:pPr>
              <w:jc w:val="both"/>
              <w:rPr>
                <w:rFonts w:ascii="Calibri" w:hAnsi="Calibri" w:cs="Calibri"/>
                <w:sz w:val="22"/>
              </w:rPr>
            </w:pPr>
          </w:p>
        </w:tc>
      </w:tr>
      <w:tr w:rsidR="00794A48" w:rsidRPr="009C3979" w14:paraId="0AC3840A" w14:textId="77777777" w:rsidTr="00E82CC2">
        <w:trPr>
          <w:trHeight w:val="278"/>
          <w:jc w:val="center"/>
        </w:trPr>
        <w:tc>
          <w:tcPr>
            <w:tcW w:w="3231" w:type="dxa"/>
            <w:gridSpan w:val="2"/>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19AF538E"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Ημερομηνί</w:t>
            </w:r>
            <w:proofErr w:type="spellEnd"/>
            <w:r w:rsidRPr="009C3979">
              <w:rPr>
                <w:rFonts w:ascii="Calibri" w:hAnsi="Calibri" w:cs="Calibri"/>
                <w:sz w:val="22"/>
              </w:rPr>
              <w:t xml:space="preserve">α </w:t>
            </w:r>
            <w:proofErr w:type="spellStart"/>
            <w:r w:rsidRPr="009C3979">
              <w:rPr>
                <w:rFonts w:ascii="Calibri" w:hAnsi="Calibri" w:cs="Calibri"/>
                <w:sz w:val="22"/>
              </w:rPr>
              <w:t>γέννησης</w:t>
            </w:r>
            <w:proofErr w:type="spellEnd"/>
            <w:r w:rsidRPr="009C3979">
              <w:rPr>
                <w:rFonts w:ascii="Calibri" w:hAnsi="Calibri" w:cs="Calibri"/>
                <w:sz w:val="22"/>
              </w:rPr>
              <w:t>(2):</w:t>
            </w:r>
          </w:p>
        </w:tc>
        <w:tc>
          <w:tcPr>
            <w:tcW w:w="6973" w:type="dxa"/>
            <w:gridSpan w:val="6"/>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762529DA" w14:textId="77777777" w:rsidR="00794A48" w:rsidRPr="009C3979" w:rsidRDefault="00794A48" w:rsidP="009C3979">
            <w:pPr>
              <w:jc w:val="both"/>
              <w:rPr>
                <w:rFonts w:ascii="Calibri" w:hAnsi="Calibri" w:cs="Calibri"/>
                <w:sz w:val="22"/>
              </w:rPr>
            </w:pPr>
          </w:p>
        </w:tc>
      </w:tr>
      <w:tr w:rsidR="00794A48" w:rsidRPr="009C3979" w14:paraId="5D3DDFEA" w14:textId="77777777" w:rsidTr="00E82CC2">
        <w:trPr>
          <w:trHeight w:val="269"/>
          <w:jc w:val="center"/>
        </w:trPr>
        <w:tc>
          <w:tcPr>
            <w:tcW w:w="3231" w:type="dxa"/>
            <w:gridSpan w:val="2"/>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09AD2038"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Τό</w:t>
            </w:r>
            <w:proofErr w:type="spellEnd"/>
            <w:r w:rsidRPr="009C3979">
              <w:rPr>
                <w:rFonts w:ascii="Calibri" w:hAnsi="Calibri" w:cs="Calibri"/>
                <w:sz w:val="22"/>
              </w:rPr>
              <w:t xml:space="preserve">πος </w:t>
            </w:r>
            <w:proofErr w:type="spellStart"/>
            <w:r w:rsidRPr="009C3979">
              <w:rPr>
                <w:rFonts w:ascii="Calibri" w:hAnsi="Calibri" w:cs="Calibri"/>
                <w:sz w:val="22"/>
              </w:rPr>
              <w:t>Γέννησης</w:t>
            </w:r>
            <w:proofErr w:type="spellEnd"/>
            <w:r w:rsidRPr="009C3979">
              <w:rPr>
                <w:rFonts w:ascii="Calibri" w:hAnsi="Calibri" w:cs="Calibri"/>
                <w:sz w:val="22"/>
              </w:rPr>
              <w:t>:</w:t>
            </w:r>
          </w:p>
        </w:tc>
        <w:tc>
          <w:tcPr>
            <w:tcW w:w="6973" w:type="dxa"/>
            <w:gridSpan w:val="6"/>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51B9BABE" w14:textId="77777777" w:rsidR="00794A48" w:rsidRPr="009C3979" w:rsidRDefault="00794A48" w:rsidP="009C3979">
            <w:pPr>
              <w:jc w:val="both"/>
              <w:rPr>
                <w:rFonts w:ascii="Calibri" w:hAnsi="Calibri" w:cs="Calibri"/>
                <w:sz w:val="22"/>
              </w:rPr>
            </w:pPr>
          </w:p>
        </w:tc>
      </w:tr>
      <w:tr w:rsidR="00794A48" w:rsidRPr="009C3979" w14:paraId="2493E1C7" w14:textId="77777777" w:rsidTr="00E82CC2">
        <w:trPr>
          <w:trHeight w:val="262"/>
          <w:jc w:val="center"/>
        </w:trPr>
        <w:tc>
          <w:tcPr>
            <w:tcW w:w="3231" w:type="dxa"/>
            <w:gridSpan w:val="2"/>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29C40C7F"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Αριθμός</w:t>
            </w:r>
            <w:proofErr w:type="spellEnd"/>
            <w:r w:rsidRPr="009C3979">
              <w:rPr>
                <w:rFonts w:ascii="Calibri" w:hAnsi="Calibri" w:cs="Calibri"/>
                <w:sz w:val="22"/>
              </w:rPr>
              <w:t xml:space="preserve"> </w:t>
            </w:r>
            <w:proofErr w:type="spellStart"/>
            <w:r w:rsidRPr="009C3979">
              <w:rPr>
                <w:rFonts w:ascii="Calibri" w:hAnsi="Calibri" w:cs="Calibri"/>
                <w:sz w:val="22"/>
              </w:rPr>
              <w:t>Δελτίου</w:t>
            </w:r>
            <w:proofErr w:type="spellEnd"/>
            <w:r w:rsidRPr="009C3979">
              <w:rPr>
                <w:rFonts w:ascii="Calibri" w:hAnsi="Calibri" w:cs="Calibri"/>
                <w:sz w:val="22"/>
              </w:rPr>
              <w:t xml:space="preserve"> Τα</w:t>
            </w:r>
            <w:proofErr w:type="spellStart"/>
            <w:r w:rsidRPr="009C3979">
              <w:rPr>
                <w:rFonts w:ascii="Calibri" w:hAnsi="Calibri" w:cs="Calibri"/>
                <w:sz w:val="22"/>
              </w:rPr>
              <w:t>υτότητ</w:t>
            </w:r>
            <w:proofErr w:type="spellEnd"/>
            <w:r w:rsidRPr="009C3979">
              <w:rPr>
                <w:rFonts w:ascii="Calibri" w:hAnsi="Calibri" w:cs="Calibri"/>
                <w:sz w:val="22"/>
              </w:rPr>
              <w:t>ας:</w:t>
            </w:r>
          </w:p>
        </w:tc>
        <w:tc>
          <w:tcPr>
            <w:tcW w:w="2437" w:type="dxa"/>
            <w:gridSpan w:val="2"/>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61201A9C" w14:textId="77777777" w:rsidR="00794A48" w:rsidRPr="009C3979" w:rsidRDefault="00794A48" w:rsidP="009C3979">
            <w:pPr>
              <w:jc w:val="both"/>
              <w:rPr>
                <w:rFonts w:ascii="Calibri" w:hAnsi="Calibri" w:cs="Calibri"/>
                <w:sz w:val="22"/>
              </w:rPr>
            </w:pPr>
          </w:p>
        </w:tc>
        <w:tc>
          <w:tcPr>
            <w:tcW w:w="1105"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27A9AE89" w14:textId="77777777" w:rsidR="00794A48" w:rsidRPr="009C3979" w:rsidRDefault="00000000" w:rsidP="009C3979">
            <w:pPr>
              <w:jc w:val="both"/>
              <w:rPr>
                <w:rFonts w:ascii="Calibri" w:hAnsi="Calibri" w:cs="Calibri"/>
                <w:sz w:val="22"/>
              </w:rPr>
            </w:pPr>
            <w:r w:rsidRPr="009C3979">
              <w:rPr>
                <w:rFonts w:ascii="Calibri" w:hAnsi="Calibri" w:cs="Calibri"/>
                <w:sz w:val="22"/>
              </w:rPr>
              <w:t>Τηλ:</w:t>
            </w:r>
          </w:p>
        </w:tc>
        <w:tc>
          <w:tcPr>
            <w:tcW w:w="3431" w:type="dxa"/>
            <w:gridSpan w:val="3"/>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33998BC5" w14:textId="77777777" w:rsidR="00794A48" w:rsidRPr="009C3979" w:rsidRDefault="00794A48" w:rsidP="009C3979">
            <w:pPr>
              <w:jc w:val="both"/>
              <w:rPr>
                <w:rFonts w:ascii="Calibri" w:hAnsi="Calibri" w:cs="Calibri"/>
                <w:sz w:val="22"/>
              </w:rPr>
            </w:pPr>
          </w:p>
        </w:tc>
      </w:tr>
      <w:tr w:rsidR="00794A48" w:rsidRPr="009C3979" w14:paraId="652DC8CE" w14:textId="77777777" w:rsidTr="00E82CC2">
        <w:trPr>
          <w:trHeight w:val="282"/>
          <w:jc w:val="center"/>
        </w:trPr>
        <w:tc>
          <w:tcPr>
            <w:tcW w:w="1984"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584967A2"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Τό</w:t>
            </w:r>
            <w:proofErr w:type="spellEnd"/>
            <w:r w:rsidRPr="009C3979">
              <w:rPr>
                <w:rFonts w:ascii="Calibri" w:hAnsi="Calibri" w:cs="Calibri"/>
                <w:sz w:val="22"/>
              </w:rPr>
              <w:t>πος Κα</w:t>
            </w:r>
            <w:proofErr w:type="spellStart"/>
            <w:r w:rsidRPr="009C3979">
              <w:rPr>
                <w:rFonts w:ascii="Calibri" w:hAnsi="Calibri" w:cs="Calibri"/>
                <w:sz w:val="22"/>
              </w:rPr>
              <w:t>τοικί</w:t>
            </w:r>
            <w:proofErr w:type="spellEnd"/>
            <w:r w:rsidRPr="009C3979">
              <w:rPr>
                <w:rFonts w:ascii="Calibri" w:hAnsi="Calibri" w:cs="Calibri"/>
                <w:sz w:val="22"/>
              </w:rPr>
              <w:t>ας:</w:t>
            </w:r>
          </w:p>
        </w:tc>
        <w:tc>
          <w:tcPr>
            <w:tcW w:w="2835" w:type="dxa"/>
            <w:gridSpan w:val="2"/>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1319919D" w14:textId="77777777" w:rsidR="00794A48" w:rsidRPr="009C3979" w:rsidRDefault="00794A48" w:rsidP="009C3979">
            <w:pPr>
              <w:jc w:val="both"/>
              <w:rPr>
                <w:rFonts w:ascii="Calibri" w:hAnsi="Calibri" w:cs="Calibri"/>
                <w:sz w:val="22"/>
              </w:rPr>
            </w:pPr>
          </w:p>
        </w:tc>
        <w:tc>
          <w:tcPr>
            <w:tcW w:w="849"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56F3ECC1" w14:textId="77777777" w:rsidR="00794A48" w:rsidRPr="009C3979" w:rsidRDefault="00000000" w:rsidP="009C3979">
            <w:pPr>
              <w:jc w:val="both"/>
              <w:rPr>
                <w:rFonts w:ascii="Calibri" w:hAnsi="Calibri" w:cs="Calibri"/>
                <w:sz w:val="22"/>
              </w:rPr>
            </w:pPr>
            <w:r w:rsidRPr="009C3979">
              <w:rPr>
                <w:rFonts w:ascii="Calibri" w:hAnsi="Calibri" w:cs="Calibri"/>
                <w:sz w:val="22"/>
              </w:rPr>
              <w:t>Οδός:</w:t>
            </w:r>
          </w:p>
        </w:tc>
        <w:tc>
          <w:tcPr>
            <w:tcW w:w="1105" w:type="dxa"/>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66CE9535" w14:textId="77777777" w:rsidR="00794A48" w:rsidRPr="009C3979" w:rsidRDefault="00794A48" w:rsidP="009C3979">
            <w:pPr>
              <w:jc w:val="both"/>
              <w:rPr>
                <w:rFonts w:ascii="Calibri" w:hAnsi="Calibri" w:cs="Calibri"/>
                <w:sz w:val="22"/>
              </w:rPr>
            </w:pPr>
          </w:p>
        </w:tc>
        <w:tc>
          <w:tcPr>
            <w:tcW w:w="878"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1E3EFE14" w14:textId="77777777" w:rsidR="00794A48" w:rsidRPr="009C3979" w:rsidRDefault="00000000" w:rsidP="009C3979">
            <w:pPr>
              <w:jc w:val="both"/>
              <w:rPr>
                <w:rFonts w:ascii="Calibri" w:hAnsi="Calibri" w:cs="Calibri"/>
                <w:sz w:val="22"/>
              </w:rPr>
            </w:pPr>
            <w:r w:rsidRPr="009C3979">
              <w:rPr>
                <w:rFonts w:ascii="Calibri" w:hAnsi="Calibri" w:cs="Calibri"/>
                <w:sz w:val="22"/>
              </w:rPr>
              <w:t>Αριθ:</w:t>
            </w:r>
          </w:p>
        </w:tc>
        <w:tc>
          <w:tcPr>
            <w:tcW w:w="680" w:type="dxa"/>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71A6075A" w14:textId="77777777" w:rsidR="00794A48" w:rsidRPr="009C3979" w:rsidRDefault="00000000" w:rsidP="009C3979">
            <w:pPr>
              <w:jc w:val="both"/>
              <w:rPr>
                <w:rFonts w:ascii="Calibri" w:hAnsi="Calibri" w:cs="Calibri"/>
                <w:sz w:val="22"/>
              </w:rPr>
            </w:pPr>
            <w:r w:rsidRPr="009C3979">
              <w:rPr>
                <w:rFonts w:ascii="Calibri" w:hAnsi="Calibri" w:cs="Calibri"/>
                <w:sz w:val="22"/>
              </w:rPr>
              <w:t>ΤΚ:</w:t>
            </w:r>
          </w:p>
        </w:tc>
        <w:tc>
          <w:tcPr>
            <w:tcW w:w="1873" w:type="dxa"/>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0974E97B" w14:textId="77777777" w:rsidR="00794A48" w:rsidRPr="009C3979" w:rsidRDefault="00794A48" w:rsidP="009C3979">
            <w:pPr>
              <w:jc w:val="both"/>
              <w:rPr>
                <w:rFonts w:ascii="Calibri" w:hAnsi="Calibri" w:cs="Calibri"/>
                <w:sz w:val="22"/>
              </w:rPr>
            </w:pPr>
          </w:p>
        </w:tc>
      </w:tr>
      <w:tr w:rsidR="00794A48" w:rsidRPr="009C3979" w14:paraId="6F040BDC" w14:textId="77777777" w:rsidTr="00E82CC2">
        <w:trPr>
          <w:trHeight w:val="274"/>
          <w:jc w:val="center"/>
        </w:trPr>
        <w:tc>
          <w:tcPr>
            <w:tcW w:w="4819" w:type="dxa"/>
            <w:gridSpan w:val="3"/>
            <w:tcBorders>
              <w:top w:val="single" w:sz="6" w:space="0" w:color="000000"/>
              <w:left w:val="single" w:sz="6" w:space="0" w:color="000000"/>
              <w:bottom w:val="single" w:sz="6" w:space="0" w:color="000000"/>
              <w:right w:val="single" w:sz="6" w:space="0" w:color="000000"/>
            </w:tcBorders>
            <w:tcMar>
              <w:top w:w="70" w:type="dxa"/>
              <w:left w:w="90" w:type="dxa"/>
              <w:bottom w:w="70" w:type="dxa"/>
              <w:right w:w="90" w:type="dxa"/>
            </w:tcMar>
            <w:vAlign w:val="center"/>
          </w:tcPr>
          <w:p w14:paraId="287D7EB9" w14:textId="77777777" w:rsidR="00794A48" w:rsidRPr="009C3979" w:rsidRDefault="00000000" w:rsidP="009C3979">
            <w:pPr>
              <w:jc w:val="both"/>
              <w:rPr>
                <w:rFonts w:ascii="Calibri" w:hAnsi="Calibri" w:cs="Calibri"/>
                <w:sz w:val="22"/>
                <w:lang w:val="el-GR"/>
              </w:rPr>
            </w:pPr>
            <w:r w:rsidRPr="009C3979">
              <w:rPr>
                <w:rFonts w:ascii="Calibri" w:hAnsi="Calibri" w:cs="Calibri"/>
                <w:sz w:val="22"/>
                <w:lang w:val="el-GR"/>
              </w:rPr>
              <w:t>Δ/</w:t>
            </w:r>
            <w:proofErr w:type="spellStart"/>
            <w:r w:rsidRPr="009C3979">
              <w:rPr>
                <w:rFonts w:ascii="Calibri" w:hAnsi="Calibri" w:cs="Calibri"/>
                <w:sz w:val="22"/>
                <w:lang w:val="el-GR"/>
              </w:rPr>
              <w:t>νση</w:t>
            </w:r>
            <w:proofErr w:type="spellEnd"/>
            <w:r w:rsidRPr="009C3979">
              <w:rPr>
                <w:rFonts w:ascii="Calibri" w:hAnsi="Calibri" w:cs="Calibri"/>
                <w:sz w:val="22"/>
                <w:lang w:val="el-GR"/>
              </w:rPr>
              <w:t xml:space="preserve"> Ηλεκτρ. Ταχυδρομείου (Ε</w:t>
            </w:r>
            <w:r w:rsidRPr="009C3979">
              <w:rPr>
                <w:rFonts w:ascii="Calibri" w:hAnsi="Calibri" w:cs="Calibri"/>
                <w:sz w:val="22"/>
              </w:rPr>
              <w:t>mail</w:t>
            </w:r>
            <w:r w:rsidRPr="009C3979">
              <w:rPr>
                <w:rFonts w:ascii="Calibri" w:hAnsi="Calibri" w:cs="Calibri"/>
                <w:sz w:val="22"/>
                <w:lang w:val="el-GR"/>
              </w:rPr>
              <w:t>):</w:t>
            </w:r>
          </w:p>
        </w:tc>
        <w:tc>
          <w:tcPr>
            <w:tcW w:w="5385" w:type="dxa"/>
            <w:gridSpan w:val="5"/>
            <w:tcBorders>
              <w:top w:val="single" w:sz="6" w:space="0" w:color="000000"/>
              <w:left w:val="single" w:sz="6" w:space="0" w:color="000000"/>
              <w:bottom w:val="single" w:sz="6" w:space="0" w:color="000000"/>
              <w:right w:val="single" w:sz="6" w:space="0" w:color="000000"/>
            </w:tcBorders>
            <w:tcMar>
              <w:top w:w="45" w:type="dxa"/>
              <w:left w:w="70" w:type="dxa"/>
              <w:bottom w:w="45" w:type="dxa"/>
              <w:right w:w="70" w:type="dxa"/>
            </w:tcMar>
            <w:vAlign w:val="center"/>
          </w:tcPr>
          <w:p w14:paraId="71734AA8" w14:textId="77777777" w:rsidR="00794A48" w:rsidRPr="009C3979" w:rsidRDefault="00794A48" w:rsidP="009C3979">
            <w:pPr>
              <w:jc w:val="both"/>
              <w:rPr>
                <w:rFonts w:ascii="Calibri" w:hAnsi="Calibri" w:cs="Calibri"/>
                <w:sz w:val="22"/>
                <w:lang w:val="el-GR"/>
              </w:rPr>
            </w:pPr>
          </w:p>
        </w:tc>
      </w:tr>
    </w:tbl>
    <w:p w14:paraId="26ACF1B9" w14:textId="77777777" w:rsidR="00794A48" w:rsidRPr="009C3979" w:rsidRDefault="00000000" w:rsidP="00E82CC2">
      <w:pPr>
        <w:jc w:val="both"/>
        <w:rPr>
          <w:rFonts w:ascii="Calibri" w:hAnsi="Calibri" w:cs="Calibri"/>
          <w:sz w:val="22"/>
          <w:lang w:val="el-GR"/>
        </w:rPr>
      </w:pPr>
      <w:r w:rsidRPr="009C3979">
        <w:rPr>
          <w:rFonts w:ascii="Calibri" w:hAnsi="Calibri" w:cs="Calibri"/>
          <w:sz w:val="22"/>
          <w:lang w:val="el-GR"/>
        </w:rPr>
        <w:t>Με ατομική μου ευθύνη και γνωρίζοντας τις κυρώσεις (3), που προβλέπονται από τις διατάξεις της παρ. 6 του άρθρου 22 του Ν. 1599/1986, δηλώνω ότι:</w:t>
      </w:r>
    </w:p>
    <w:p w14:paraId="53C2024C" w14:textId="77777777" w:rsidR="00794A48" w:rsidRPr="009C3979" w:rsidRDefault="00000000" w:rsidP="00E82CC2">
      <w:pPr>
        <w:jc w:val="both"/>
        <w:rPr>
          <w:rFonts w:ascii="Calibri" w:hAnsi="Calibri" w:cs="Calibri"/>
          <w:sz w:val="22"/>
          <w:lang w:val="el-GR"/>
        </w:rPr>
      </w:pPr>
      <w:r w:rsidRPr="009C3979">
        <w:rPr>
          <w:rFonts w:ascii="Calibri" w:hAnsi="Calibri" w:cs="Calibri"/>
          <w:b/>
          <w:sz w:val="22"/>
          <w:lang w:val="el-GR"/>
        </w:rPr>
        <w:t xml:space="preserve">α) </w:t>
      </w:r>
      <w:r w:rsidRPr="009C3979">
        <w:rPr>
          <w:rFonts w:ascii="Calibri" w:hAnsi="Calibri" w:cs="Calibri"/>
          <w:sz w:val="22"/>
          <w:lang w:val="el-GR"/>
        </w:rPr>
        <w:t xml:space="preserve">Έλαβα γνώση των όρων της πρόσκλησης εκδήλωσης ενδιαφέροντος με αριθ. </w:t>
      </w:r>
      <w:proofErr w:type="spellStart"/>
      <w:r w:rsidRPr="009C3979">
        <w:rPr>
          <w:rFonts w:ascii="Calibri" w:hAnsi="Calibri" w:cs="Calibri"/>
          <w:sz w:val="22"/>
          <w:lang w:val="el-GR"/>
        </w:rPr>
        <w:t>πρωτ</w:t>
      </w:r>
      <w:proofErr w:type="spellEnd"/>
      <w:r w:rsidRPr="009C3979">
        <w:rPr>
          <w:rFonts w:ascii="Calibri" w:hAnsi="Calibri" w:cs="Calibri"/>
          <w:sz w:val="22"/>
          <w:lang w:val="el-GR"/>
        </w:rPr>
        <w:t>.  …………………… και τους αποδέχομαι ανεπιφύλακτα.</w:t>
      </w:r>
    </w:p>
    <w:p w14:paraId="54DF115F" w14:textId="77777777" w:rsidR="00794A48" w:rsidRPr="009C3979" w:rsidRDefault="00000000" w:rsidP="00E82CC2">
      <w:pPr>
        <w:jc w:val="both"/>
        <w:rPr>
          <w:rFonts w:ascii="Calibri" w:hAnsi="Calibri" w:cs="Calibri"/>
          <w:sz w:val="22"/>
          <w:lang w:val="el-GR"/>
        </w:rPr>
      </w:pPr>
      <w:r w:rsidRPr="009C3979">
        <w:rPr>
          <w:rFonts w:ascii="Calibri" w:hAnsi="Calibri" w:cs="Calibri"/>
          <w:b/>
          <w:sz w:val="22"/>
          <w:lang w:val="el-GR"/>
        </w:rPr>
        <w:t xml:space="preserve">β) </w:t>
      </w:r>
      <w:r w:rsidRPr="009C3979">
        <w:rPr>
          <w:rFonts w:ascii="Calibri" w:hAnsi="Calibri" w:cs="Calibri"/>
          <w:sz w:val="22"/>
          <w:lang w:val="el-GR"/>
        </w:rPr>
        <w:t>Τα στοιχεία του βιογραφικού σημειώματός μου είναι αληθή.</w:t>
      </w:r>
    </w:p>
    <w:p w14:paraId="0CAA5BB5" w14:textId="77777777" w:rsidR="00794A48" w:rsidRPr="009C3979" w:rsidRDefault="00000000" w:rsidP="00E82CC2">
      <w:pPr>
        <w:jc w:val="both"/>
        <w:rPr>
          <w:rFonts w:ascii="Calibri" w:hAnsi="Calibri" w:cs="Calibri"/>
          <w:sz w:val="22"/>
          <w:lang w:val="el-GR"/>
        </w:rPr>
      </w:pPr>
      <w:r w:rsidRPr="009C3979">
        <w:rPr>
          <w:rFonts w:ascii="Calibri" w:hAnsi="Calibri" w:cs="Calibri"/>
          <w:b/>
          <w:sz w:val="22"/>
          <w:lang w:val="el-GR"/>
        </w:rPr>
        <w:t xml:space="preserve">γ) </w:t>
      </w:r>
      <w:r w:rsidRPr="009C3979">
        <w:rPr>
          <w:rFonts w:ascii="Calibri" w:hAnsi="Calibri" w:cs="Calibri"/>
          <w:sz w:val="22"/>
          <w:lang w:val="el-GR"/>
        </w:rPr>
        <w:t>Δεν υπάρχει κώλυμα από ποινική καταδίκη και δεν τελώ σε δικαστική συμπαράσταση (στερητική ή επικουρική), κατά τα οριζόμενα στο άρθρο 8 του ν. 3528/2007.</w:t>
      </w:r>
    </w:p>
    <w:p w14:paraId="7E8CDB55" w14:textId="77777777" w:rsidR="00794A48" w:rsidRPr="009C3979" w:rsidRDefault="00000000" w:rsidP="00E82CC2">
      <w:pPr>
        <w:jc w:val="both"/>
        <w:rPr>
          <w:rFonts w:ascii="Calibri" w:hAnsi="Calibri" w:cs="Calibri"/>
          <w:sz w:val="22"/>
          <w:lang w:val="el-GR"/>
        </w:rPr>
      </w:pPr>
      <w:r w:rsidRPr="009C3979">
        <w:rPr>
          <w:rFonts w:ascii="Calibri" w:hAnsi="Calibri" w:cs="Calibri"/>
          <w:b/>
          <w:sz w:val="22"/>
          <w:lang w:val="el-GR"/>
        </w:rPr>
        <w:t xml:space="preserve">δ) </w:t>
      </w:r>
      <w:r w:rsidRPr="009C3979">
        <w:rPr>
          <w:rFonts w:ascii="Calibri" w:hAnsi="Calibri" w:cs="Calibri"/>
          <w:sz w:val="22"/>
          <w:lang w:val="el-GR"/>
        </w:rPr>
        <w:t>Έχω εκπληρωμένες τις στρατιωτικές μου υποχρεώσεις ή έχω νόμιμη απαλλαγή από αυτές κατά τη διάρκεια της σύμβασης ΝΑΙ / ΟΧΙ (αφορά μόνο άρρενες, διαγράψτε αντίστοιχα το ναι / όχι)</w:t>
      </w:r>
    </w:p>
    <w:p w14:paraId="73022DF4" w14:textId="77777777" w:rsidR="009C3979" w:rsidRPr="009C3979" w:rsidRDefault="00000000" w:rsidP="00E82CC2">
      <w:pPr>
        <w:jc w:val="both"/>
        <w:rPr>
          <w:rFonts w:ascii="Calibri" w:hAnsi="Calibri" w:cs="Calibri"/>
          <w:sz w:val="22"/>
          <w:lang w:val="el-GR"/>
        </w:rPr>
      </w:pPr>
      <w:r w:rsidRPr="009C3979">
        <w:rPr>
          <w:rFonts w:ascii="Calibri" w:hAnsi="Calibri" w:cs="Calibri"/>
          <w:b/>
          <w:sz w:val="22"/>
          <w:lang w:val="el-GR"/>
        </w:rPr>
        <w:t xml:space="preserve">ε) </w:t>
      </w:r>
      <w:r w:rsidRPr="009C3979">
        <w:rPr>
          <w:rFonts w:ascii="Calibri" w:hAnsi="Calibri" w:cs="Calibri"/>
          <w:sz w:val="22"/>
          <w:lang w:val="el-GR"/>
        </w:rPr>
        <w:t>Απασχολούμαι σε άλλη θέση του Δημοσίου, συμπεριλαμβανομένου του ΔΙ.Π.Α.Ε., με οιαδήποτε σύμβαση εργασίας (μόνιμος, ιδιωτικού δικαίου – αορίστου ή ορισμένου χρόνου -, πλήρους ή μερικής απασχόλησης) ΝΑΙ /ΟΧΙ (διαγράψτε αντίστοιχα το ναι/όχι)</w:t>
      </w:r>
    </w:p>
    <w:p w14:paraId="6AE5ABE9" w14:textId="5C563A29" w:rsidR="00794A48" w:rsidRPr="009C3979" w:rsidRDefault="00000000" w:rsidP="00E82CC2">
      <w:pPr>
        <w:spacing w:after="100"/>
        <w:jc w:val="both"/>
        <w:rPr>
          <w:rFonts w:ascii="Calibri" w:hAnsi="Calibri" w:cs="Calibri"/>
          <w:sz w:val="22"/>
          <w:lang w:val="el-GR"/>
        </w:rPr>
      </w:pPr>
      <w:r w:rsidRPr="009C3979">
        <w:rPr>
          <w:rFonts w:ascii="Calibri" w:hAnsi="Calibri" w:cs="Calibri"/>
          <w:b/>
          <w:sz w:val="22"/>
          <w:lang w:val="el-GR"/>
        </w:rPr>
        <w:t>Σε περίπτωση απασχόλησης σε παράλληλη θέση στο Δημόσιο αναγράψτε επιπλέον:</w:t>
      </w:r>
    </w:p>
    <w:tbl>
      <w:tblPr>
        <w:tblW w:w="0" w:type="auto"/>
        <w:tblLayout w:type="fixed"/>
        <w:tblLook w:val="04A0" w:firstRow="1" w:lastRow="0" w:firstColumn="1" w:lastColumn="0" w:noHBand="0" w:noVBand="1"/>
      </w:tblPr>
      <w:tblGrid>
        <w:gridCol w:w="4705"/>
        <w:gridCol w:w="5499"/>
      </w:tblGrid>
      <w:tr w:rsidR="00794A48" w:rsidRPr="009C3979" w14:paraId="612AC07A" w14:textId="77777777">
        <w:tc>
          <w:tcPr>
            <w:tcW w:w="4705" w:type="dxa"/>
            <w:tcBorders>
              <w:top w:val="nil"/>
              <w:left w:val="nil"/>
              <w:bottom w:val="nil"/>
              <w:right w:val="nil"/>
            </w:tcBorders>
            <w:tcMar>
              <w:top w:w="70" w:type="dxa"/>
              <w:left w:w="90" w:type="dxa"/>
              <w:bottom w:w="70" w:type="dxa"/>
              <w:right w:w="90" w:type="dxa"/>
            </w:tcMar>
            <w:vAlign w:val="center"/>
          </w:tcPr>
          <w:p w14:paraId="08010B93" w14:textId="77777777" w:rsidR="00794A48" w:rsidRPr="009C3979" w:rsidRDefault="00000000" w:rsidP="00E82CC2">
            <w:pPr>
              <w:jc w:val="both"/>
              <w:rPr>
                <w:rFonts w:ascii="Calibri" w:hAnsi="Calibri" w:cs="Calibri"/>
                <w:sz w:val="22"/>
              </w:rPr>
            </w:pPr>
            <w:proofErr w:type="spellStart"/>
            <w:r w:rsidRPr="009C3979">
              <w:rPr>
                <w:rFonts w:ascii="Calibri" w:hAnsi="Calibri" w:cs="Calibri"/>
                <w:sz w:val="22"/>
              </w:rPr>
              <w:t>Φορέ</w:t>
            </w:r>
            <w:proofErr w:type="spellEnd"/>
            <w:r w:rsidRPr="009C3979">
              <w:rPr>
                <w:rFonts w:ascii="Calibri" w:hAnsi="Calibri" w:cs="Calibri"/>
                <w:sz w:val="22"/>
              </w:rPr>
              <w:t>ας απα</w:t>
            </w:r>
            <w:proofErr w:type="spellStart"/>
            <w:r w:rsidRPr="009C3979">
              <w:rPr>
                <w:rFonts w:ascii="Calibri" w:hAnsi="Calibri" w:cs="Calibri"/>
                <w:sz w:val="22"/>
              </w:rPr>
              <w:t>σχόλησης</w:t>
            </w:r>
            <w:proofErr w:type="spellEnd"/>
            <w:r w:rsidRPr="009C3979">
              <w:rPr>
                <w:rFonts w:ascii="Calibri" w:hAnsi="Calibri" w:cs="Calibri"/>
                <w:sz w:val="22"/>
              </w:rPr>
              <w:t>:</w:t>
            </w:r>
          </w:p>
        </w:tc>
        <w:tc>
          <w:tcPr>
            <w:tcW w:w="5499" w:type="dxa"/>
            <w:tcBorders>
              <w:top w:val="nil"/>
              <w:left w:val="nil"/>
              <w:bottom w:val="single" w:sz="6" w:space="0" w:color="777777"/>
              <w:right w:val="nil"/>
            </w:tcBorders>
            <w:tcMar>
              <w:top w:w="30" w:type="dxa"/>
              <w:left w:w="30" w:type="dxa"/>
              <w:bottom w:w="30" w:type="dxa"/>
              <w:right w:w="30" w:type="dxa"/>
            </w:tcMar>
          </w:tcPr>
          <w:p w14:paraId="2B25B8AE" w14:textId="77777777" w:rsidR="00794A48" w:rsidRPr="009C3979" w:rsidRDefault="00794A48" w:rsidP="00E82CC2">
            <w:pPr>
              <w:jc w:val="both"/>
              <w:rPr>
                <w:rFonts w:ascii="Calibri" w:hAnsi="Calibri" w:cs="Calibri"/>
                <w:sz w:val="22"/>
              </w:rPr>
            </w:pPr>
          </w:p>
        </w:tc>
      </w:tr>
      <w:tr w:rsidR="00794A48" w:rsidRPr="009C3979" w14:paraId="627D207C" w14:textId="77777777">
        <w:tc>
          <w:tcPr>
            <w:tcW w:w="4705" w:type="dxa"/>
            <w:tcBorders>
              <w:top w:val="nil"/>
              <w:left w:val="nil"/>
              <w:bottom w:val="nil"/>
              <w:right w:val="nil"/>
            </w:tcBorders>
            <w:tcMar>
              <w:top w:w="70" w:type="dxa"/>
              <w:left w:w="90" w:type="dxa"/>
              <w:bottom w:w="70" w:type="dxa"/>
              <w:right w:w="90" w:type="dxa"/>
            </w:tcMar>
            <w:vAlign w:val="center"/>
          </w:tcPr>
          <w:p w14:paraId="4026FD49" w14:textId="77777777" w:rsidR="00794A48" w:rsidRPr="009C3979" w:rsidRDefault="00000000" w:rsidP="00E82CC2">
            <w:pPr>
              <w:jc w:val="both"/>
              <w:rPr>
                <w:rFonts w:ascii="Calibri" w:hAnsi="Calibri" w:cs="Calibri"/>
                <w:sz w:val="22"/>
                <w:lang w:val="el-GR"/>
              </w:rPr>
            </w:pPr>
            <w:r w:rsidRPr="009C3979">
              <w:rPr>
                <w:rFonts w:ascii="Calibri" w:hAnsi="Calibri" w:cs="Calibri"/>
                <w:sz w:val="22"/>
                <w:lang w:val="el-GR"/>
              </w:rPr>
              <w:t>Είδος απασχόλησης (μόνιμος, ιδιωτικού δικαίου (αορίστου - ορισμένου χρόνου) :</w:t>
            </w:r>
          </w:p>
        </w:tc>
        <w:tc>
          <w:tcPr>
            <w:tcW w:w="5499" w:type="dxa"/>
            <w:tcBorders>
              <w:top w:val="nil"/>
              <w:left w:val="nil"/>
              <w:bottom w:val="single" w:sz="6" w:space="0" w:color="777777"/>
              <w:right w:val="nil"/>
            </w:tcBorders>
            <w:tcMar>
              <w:top w:w="30" w:type="dxa"/>
              <w:left w:w="30" w:type="dxa"/>
              <w:bottom w:w="30" w:type="dxa"/>
              <w:right w:w="30" w:type="dxa"/>
            </w:tcMar>
          </w:tcPr>
          <w:p w14:paraId="32CFA1C0" w14:textId="77777777" w:rsidR="00794A48" w:rsidRPr="009C3979" w:rsidRDefault="00794A48" w:rsidP="00E82CC2">
            <w:pPr>
              <w:jc w:val="both"/>
              <w:rPr>
                <w:rFonts w:ascii="Calibri" w:hAnsi="Calibri" w:cs="Calibri"/>
                <w:sz w:val="22"/>
                <w:lang w:val="el-GR"/>
              </w:rPr>
            </w:pPr>
          </w:p>
        </w:tc>
      </w:tr>
      <w:tr w:rsidR="00794A48" w:rsidRPr="009C3979" w14:paraId="50EA0D2B" w14:textId="77777777">
        <w:tc>
          <w:tcPr>
            <w:tcW w:w="4705" w:type="dxa"/>
            <w:tcBorders>
              <w:top w:val="nil"/>
              <w:left w:val="nil"/>
              <w:bottom w:val="nil"/>
              <w:right w:val="nil"/>
            </w:tcBorders>
            <w:tcMar>
              <w:top w:w="70" w:type="dxa"/>
              <w:left w:w="90" w:type="dxa"/>
              <w:bottom w:w="70" w:type="dxa"/>
              <w:right w:w="90" w:type="dxa"/>
            </w:tcMar>
            <w:vAlign w:val="center"/>
          </w:tcPr>
          <w:p w14:paraId="755417CD" w14:textId="77777777" w:rsidR="00794A48" w:rsidRPr="009C3979" w:rsidRDefault="00000000" w:rsidP="00E82CC2">
            <w:pPr>
              <w:jc w:val="both"/>
              <w:rPr>
                <w:rFonts w:ascii="Calibri" w:hAnsi="Calibri" w:cs="Calibri"/>
                <w:sz w:val="22"/>
              </w:rPr>
            </w:pPr>
            <w:proofErr w:type="spellStart"/>
            <w:r w:rsidRPr="009C3979">
              <w:rPr>
                <w:rFonts w:ascii="Calibri" w:hAnsi="Calibri" w:cs="Calibri"/>
                <w:sz w:val="22"/>
              </w:rPr>
              <w:t>Αντικείμενο</w:t>
            </w:r>
            <w:proofErr w:type="spellEnd"/>
            <w:r w:rsidRPr="009C3979">
              <w:rPr>
                <w:rFonts w:ascii="Calibri" w:hAnsi="Calibri" w:cs="Calibri"/>
                <w:sz w:val="22"/>
              </w:rPr>
              <w:t xml:space="preserve"> </w:t>
            </w:r>
            <w:proofErr w:type="spellStart"/>
            <w:r w:rsidRPr="009C3979">
              <w:rPr>
                <w:rFonts w:ascii="Calibri" w:hAnsi="Calibri" w:cs="Calibri"/>
                <w:sz w:val="22"/>
              </w:rPr>
              <w:t>εργ</w:t>
            </w:r>
            <w:proofErr w:type="spellEnd"/>
            <w:r w:rsidRPr="009C3979">
              <w:rPr>
                <w:rFonts w:ascii="Calibri" w:hAnsi="Calibri" w:cs="Calibri"/>
                <w:sz w:val="22"/>
              </w:rPr>
              <w:t>ασίας:</w:t>
            </w:r>
          </w:p>
        </w:tc>
        <w:tc>
          <w:tcPr>
            <w:tcW w:w="5499" w:type="dxa"/>
            <w:tcBorders>
              <w:top w:val="nil"/>
              <w:left w:val="nil"/>
              <w:bottom w:val="single" w:sz="6" w:space="0" w:color="777777"/>
              <w:right w:val="nil"/>
            </w:tcBorders>
            <w:tcMar>
              <w:top w:w="30" w:type="dxa"/>
              <w:left w:w="30" w:type="dxa"/>
              <w:bottom w:w="30" w:type="dxa"/>
              <w:right w:w="30" w:type="dxa"/>
            </w:tcMar>
          </w:tcPr>
          <w:p w14:paraId="3621FCBF" w14:textId="77777777" w:rsidR="00794A48" w:rsidRPr="009C3979" w:rsidRDefault="00794A48" w:rsidP="00E82CC2">
            <w:pPr>
              <w:jc w:val="both"/>
              <w:rPr>
                <w:rFonts w:ascii="Calibri" w:hAnsi="Calibri" w:cs="Calibri"/>
                <w:sz w:val="22"/>
              </w:rPr>
            </w:pPr>
          </w:p>
        </w:tc>
      </w:tr>
      <w:tr w:rsidR="00794A48" w:rsidRPr="009C3979" w14:paraId="233BDB3A" w14:textId="77777777">
        <w:tc>
          <w:tcPr>
            <w:tcW w:w="4705" w:type="dxa"/>
            <w:tcBorders>
              <w:top w:val="nil"/>
              <w:left w:val="nil"/>
              <w:bottom w:val="nil"/>
              <w:right w:val="nil"/>
            </w:tcBorders>
            <w:tcMar>
              <w:top w:w="70" w:type="dxa"/>
              <w:left w:w="90" w:type="dxa"/>
              <w:bottom w:w="70" w:type="dxa"/>
              <w:right w:w="90" w:type="dxa"/>
            </w:tcMar>
            <w:vAlign w:val="center"/>
          </w:tcPr>
          <w:p w14:paraId="3E080609" w14:textId="77777777" w:rsidR="00794A48" w:rsidRPr="009C3979" w:rsidRDefault="00000000" w:rsidP="00E82CC2">
            <w:pPr>
              <w:jc w:val="both"/>
              <w:rPr>
                <w:rFonts w:ascii="Calibri" w:hAnsi="Calibri" w:cs="Calibri"/>
                <w:sz w:val="22"/>
              </w:rPr>
            </w:pPr>
            <w:r w:rsidRPr="009C3979">
              <w:rPr>
                <w:rFonts w:ascii="Calibri" w:hAnsi="Calibri" w:cs="Calibri"/>
                <w:sz w:val="22"/>
              </w:rPr>
              <w:t>Σύνολο ωρών εβδομαδιαίας απασχόλησης:</w:t>
            </w:r>
          </w:p>
        </w:tc>
        <w:tc>
          <w:tcPr>
            <w:tcW w:w="5499" w:type="dxa"/>
            <w:tcBorders>
              <w:top w:val="nil"/>
              <w:left w:val="nil"/>
              <w:bottom w:val="single" w:sz="6" w:space="0" w:color="777777"/>
              <w:right w:val="nil"/>
            </w:tcBorders>
            <w:tcMar>
              <w:top w:w="30" w:type="dxa"/>
              <w:left w:w="30" w:type="dxa"/>
              <w:bottom w:w="30" w:type="dxa"/>
              <w:right w:w="30" w:type="dxa"/>
            </w:tcMar>
          </w:tcPr>
          <w:p w14:paraId="54DC51D2" w14:textId="77777777" w:rsidR="00794A48" w:rsidRPr="009C3979" w:rsidRDefault="00794A48" w:rsidP="00E82CC2">
            <w:pPr>
              <w:jc w:val="both"/>
              <w:rPr>
                <w:rFonts w:ascii="Calibri" w:hAnsi="Calibri" w:cs="Calibri"/>
                <w:sz w:val="22"/>
              </w:rPr>
            </w:pPr>
          </w:p>
        </w:tc>
      </w:tr>
    </w:tbl>
    <w:p w14:paraId="4A56162A" w14:textId="77777777" w:rsidR="00794A48" w:rsidRPr="009C3979" w:rsidRDefault="00000000" w:rsidP="009C3979">
      <w:pPr>
        <w:spacing w:before="120" w:after="140" w:line="259" w:lineRule="auto"/>
        <w:jc w:val="both"/>
        <w:rPr>
          <w:rFonts w:ascii="Calibri" w:hAnsi="Calibri" w:cs="Calibri"/>
          <w:sz w:val="22"/>
          <w:lang w:val="el-GR"/>
        </w:rPr>
      </w:pPr>
      <w:proofErr w:type="spellStart"/>
      <w:r w:rsidRPr="009C3979">
        <w:rPr>
          <w:rFonts w:ascii="Calibri" w:hAnsi="Calibri" w:cs="Calibri"/>
          <w:b/>
          <w:sz w:val="22"/>
          <w:lang w:val="el-GR"/>
        </w:rPr>
        <w:t>στ</w:t>
      </w:r>
      <w:proofErr w:type="spellEnd"/>
      <w:r w:rsidRPr="009C3979">
        <w:rPr>
          <w:rFonts w:ascii="Calibri" w:hAnsi="Calibri" w:cs="Calibri"/>
          <w:b/>
          <w:sz w:val="22"/>
          <w:lang w:val="el-GR"/>
        </w:rPr>
        <w:t xml:space="preserve">) </w:t>
      </w:r>
      <w:r w:rsidRPr="009C3979">
        <w:rPr>
          <w:rFonts w:ascii="Calibri" w:hAnsi="Calibri" w:cs="Calibri"/>
          <w:sz w:val="22"/>
          <w:lang w:val="el-GR"/>
        </w:rPr>
        <w:t xml:space="preserve">Λαμβάνω γνώση ότι τα προσωπικά δεδομένα που υποβάλλω με την αίτησή μου τυγχάνουν επεξεργασίας με σκοπό την αξιολόγηση της αίτησης υποψηφιότητάς μου. Σε περίπτωση επιλογής μου, ενημερώνομαι ότι τα στοιχεία μου θα χρησιμοποιηθούν για την </w:t>
      </w:r>
      <w:proofErr w:type="spellStart"/>
      <w:r w:rsidRPr="009C3979">
        <w:rPr>
          <w:rFonts w:ascii="Calibri" w:hAnsi="Calibri" w:cs="Calibri"/>
          <w:sz w:val="22"/>
          <w:lang w:val="el-GR"/>
        </w:rPr>
        <w:t>αναρτητέα</w:t>
      </w:r>
      <w:proofErr w:type="spellEnd"/>
      <w:r w:rsidRPr="009C3979">
        <w:rPr>
          <w:rFonts w:ascii="Calibri" w:hAnsi="Calibri" w:cs="Calibri"/>
          <w:sz w:val="22"/>
          <w:lang w:val="el-GR"/>
        </w:rPr>
        <w:t xml:space="preserve"> στη «Διαύγεια» απόφαση ανάθεσης της διδασκαλίας, τη σύναψη της σχετικής σύμβασης και την ενημέρωση του συστήματος «ΕΡΓΑΝΗ» και της Ενιαίας Αρχής Πληρωμής (Ε.Α.Π.), στο πλαίσιο εκπλήρωσης νόμιμης υποχρέωσης του Ιδρύματος (άρθ. 6 παρ. 1 </w:t>
      </w:r>
      <w:proofErr w:type="spellStart"/>
      <w:r w:rsidRPr="009C3979">
        <w:rPr>
          <w:rFonts w:ascii="Calibri" w:hAnsi="Calibri" w:cs="Calibri"/>
          <w:sz w:val="22"/>
          <w:lang w:val="el-GR"/>
        </w:rPr>
        <w:t>στ</w:t>
      </w:r>
      <w:proofErr w:type="spellEnd"/>
      <w:r w:rsidRPr="009C3979">
        <w:rPr>
          <w:rFonts w:ascii="Calibri" w:hAnsi="Calibri" w:cs="Calibri"/>
          <w:sz w:val="22"/>
          <w:lang w:val="el-GR"/>
        </w:rPr>
        <w:t>. γ' ΓΚΠΔ).</w:t>
      </w:r>
    </w:p>
    <w:tbl>
      <w:tblPr>
        <w:tblW w:w="0" w:type="auto"/>
        <w:jc w:val="right"/>
        <w:tblLayout w:type="fixed"/>
        <w:tblLook w:val="04A0" w:firstRow="1" w:lastRow="0" w:firstColumn="1" w:lastColumn="0" w:noHBand="0" w:noVBand="1"/>
      </w:tblPr>
      <w:tblGrid>
        <w:gridCol w:w="5442"/>
        <w:gridCol w:w="4762"/>
      </w:tblGrid>
      <w:tr w:rsidR="00794A48" w:rsidRPr="009C3979" w14:paraId="303D1B04" w14:textId="77777777">
        <w:trPr>
          <w:jc w:val="right"/>
        </w:trPr>
        <w:tc>
          <w:tcPr>
            <w:tcW w:w="5442" w:type="dxa"/>
            <w:tcBorders>
              <w:top w:val="nil"/>
              <w:left w:val="nil"/>
              <w:bottom w:val="nil"/>
              <w:right w:val="nil"/>
            </w:tcBorders>
          </w:tcPr>
          <w:p w14:paraId="639D17C8" w14:textId="77777777" w:rsidR="00794A48" w:rsidRPr="009C3979" w:rsidRDefault="00794A48" w:rsidP="009C3979">
            <w:pPr>
              <w:jc w:val="both"/>
              <w:rPr>
                <w:rFonts w:ascii="Calibri" w:hAnsi="Calibri" w:cs="Calibri"/>
                <w:sz w:val="22"/>
                <w:lang w:val="el-GR"/>
              </w:rPr>
            </w:pPr>
          </w:p>
        </w:tc>
        <w:tc>
          <w:tcPr>
            <w:tcW w:w="4762" w:type="dxa"/>
            <w:tcBorders>
              <w:top w:val="nil"/>
              <w:left w:val="nil"/>
              <w:bottom w:val="nil"/>
              <w:right w:val="nil"/>
            </w:tcBorders>
            <w:tcMar>
              <w:top w:w="70" w:type="dxa"/>
              <w:left w:w="90" w:type="dxa"/>
              <w:bottom w:w="70" w:type="dxa"/>
              <w:right w:w="90" w:type="dxa"/>
            </w:tcMar>
            <w:vAlign w:val="center"/>
          </w:tcPr>
          <w:p w14:paraId="1CA63B49" w14:textId="77777777" w:rsidR="00794A48" w:rsidRPr="009C3979" w:rsidRDefault="00000000" w:rsidP="009C3979">
            <w:pPr>
              <w:jc w:val="both"/>
              <w:rPr>
                <w:rFonts w:ascii="Calibri" w:hAnsi="Calibri" w:cs="Calibri"/>
                <w:sz w:val="22"/>
              </w:rPr>
            </w:pPr>
            <w:proofErr w:type="spellStart"/>
            <w:r w:rsidRPr="009C3979">
              <w:rPr>
                <w:rFonts w:ascii="Calibri" w:hAnsi="Calibri" w:cs="Calibri"/>
                <w:sz w:val="22"/>
              </w:rPr>
              <w:t>Ημερομηνί</w:t>
            </w:r>
            <w:proofErr w:type="spellEnd"/>
            <w:r w:rsidRPr="009C3979">
              <w:rPr>
                <w:rFonts w:ascii="Calibri" w:hAnsi="Calibri" w:cs="Calibri"/>
                <w:sz w:val="22"/>
              </w:rPr>
              <w:t>α:      ……….20……</w:t>
            </w:r>
          </w:p>
        </w:tc>
      </w:tr>
      <w:tr w:rsidR="00794A48" w:rsidRPr="009C3979" w14:paraId="7B485846" w14:textId="77777777">
        <w:trPr>
          <w:jc w:val="right"/>
        </w:trPr>
        <w:tc>
          <w:tcPr>
            <w:tcW w:w="5442" w:type="dxa"/>
            <w:tcBorders>
              <w:top w:val="nil"/>
              <w:left w:val="nil"/>
              <w:bottom w:val="nil"/>
              <w:right w:val="nil"/>
            </w:tcBorders>
          </w:tcPr>
          <w:p w14:paraId="33422479" w14:textId="502C7BDF" w:rsidR="00794A48" w:rsidRPr="00E82CC2" w:rsidRDefault="00E82CC2" w:rsidP="009C3979">
            <w:pPr>
              <w:jc w:val="both"/>
              <w:rPr>
                <w:rFonts w:ascii="Calibri" w:hAnsi="Calibri" w:cs="Calibri"/>
                <w:sz w:val="22"/>
                <w:lang w:val="el-GR"/>
              </w:rPr>
            </w:pPr>
            <w:r>
              <w:rPr>
                <w:rFonts w:ascii="Calibri" w:hAnsi="Calibri" w:cs="Calibri"/>
                <w:sz w:val="22"/>
                <w:lang w:val="el-GR"/>
              </w:rPr>
              <w:t xml:space="preserve">              </w:t>
            </w:r>
          </w:p>
        </w:tc>
        <w:tc>
          <w:tcPr>
            <w:tcW w:w="4762" w:type="dxa"/>
            <w:tcBorders>
              <w:top w:val="nil"/>
              <w:left w:val="nil"/>
              <w:bottom w:val="nil"/>
              <w:right w:val="nil"/>
            </w:tcBorders>
            <w:tcMar>
              <w:top w:w="70" w:type="dxa"/>
              <w:left w:w="90" w:type="dxa"/>
              <w:bottom w:w="70" w:type="dxa"/>
              <w:right w:w="90" w:type="dxa"/>
            </w:tcMar>
            <w:vAlign w:val="center"/>
          </w:tcPr>
          <w:p w14:paraId="0B7DFC65" w14:textId="77777777" w:rsidR="00794A48" w:rsidRPr="009C3979" w:rsidRDefault="00000000" w:rsidP="009C3979">
            <w:pPr>
              <w:jc w:val="both"/>
              <w:rPr>
                <w:rFonts w:ascii="Calibri" w:hAnsi="Calibri" w:cs="Calibri"/>
                <w:sz w:val="22"/>
              </w:rPr>
            </w:pPr>
            <w:r w:rsidRPr="009C3979">
              <w:rPr>
                <w:rFonts w:ascii="Calibri" w:hAnsi="Calibri" w:cs="Calibri"/>
                <w:sz w:val="22"/>
              </w:rPr>
              <w:t xml:space="preserve">Ο – Η </w:t>
            </w:r>
            <w:proofErr w:type="spellStart"/>
            <w:r w:rsidRPr="009C3979">
              <w:rPr>
                <w:rFonts w:ascii="Calibri" w:hAnsi="Calibri" w:cs="Calibri"/>
                <w:sz w:val="22"/>
              </w:rPr>
              <w:t>Δηλ</w:t>
            </w:r>
            <w:proofErr w:type="spellEnd"/>
            <w:r w:rsidRPr="009C3979">
              <w:rPr>
                <w:rFonts w:ascii="Calibri" w:hAnsi="Calibri" w:cs="Calibri"/>
                <w:sz w:val="22"/>
              </w:rPr>
              <w:t>.</w:t>
            </w:r>
          </w:p>
        </w:tc>
      </w:tr>
      <w:tr w:rsidR="00794A48" w:rsidRPr="009C3979" w14:paraId="608D28CB" w14:textId="77777777" w:rsidTr="00E82CC2">
        <w:trPr>
          <w:trHeight w:val="25"/>
          <w:jc w:val="right"/>
        </w:trPr>
        <w:tc>
          <w:tcPr>
            <w:tcW w:w="5442" w:type="dxa"/>
            <w:tcBorders>
              <w:top w:val="nil"/>
              <w:left w:val="nil"/>
              <w:bottom w:val="nil"/>
              <w:right w:val="nil"/>
            </w:tcBorders>
          </w:tcPr>
          <w:p w14:paraId="3A6987E1" w14:textId="77777777" w:rsidR="00794A48" w:rsidRPr="009C3979" w:rsidRDefault="00794A48" w:rsidP="009C3979">
            <w:pPr>
              <w:jc w:val="both"/>
              <w:rPr>
                <w:rFonts w:ascii="Calibri" w:hAnsi="Calibri" w:cs="Calibri"/>
                <w:sz w:val="22"/>
              </w:rPr>
            </w:pPr>
          </w:p>
        </w:tc>
        <w:tc>
          <w:tcPr>
            <w:tcW w:w="4762" w:type="dxa"/>
            <w:tcBorders>
              <w:top w:val="nil"/>
              <w:left w:val="nil"/>
              <w:bottom w:val="nil"/>
              <w:right w:val="nil"/>
            </w:tcBorders>
            <w:tcMar>
              <w:top w:w="70" w:type="dxa"/>
              <w:left w:w="90" w:type="dxa"/>
              <w:bottom w:w="70" w:type="dxa"/>
              <w:right w:w="90" w:type="dxa"/>
            </w:tcMar>
            <w:vAlign w:val="center"/>
          </w:tcPr>
          <w:p w14:paraId="7D8E8B91" w14:textId="77777777" w:rsidR="00794A48" w:rsidRPr="009C3979" w:rsidRDefault="00000000" w:rsidP="009C3979">
            <w:pPr>
              <w:jc w:val="both"/>
              <w:rPr>
                <w:rFonts w:ascii="Calibri" w:hAnsi="Calibri" w:cs="Calibri"/>
                <w:sz w:val="22"/>
              </w:rPr>
            </w:pPr>
            <w:r w:rsidRPr="009C3979">
              <w:rPr>
                <w:rFonts w:ascii="Calibri" w:hAnsi="Calibri" w:cs="Calibri"/>
                <w:sz w:val="22"/>
              </w:rPr>
              <w:t>(Υπογραφή)</w:t>
            </w:r>
          </w:p>
        </w:tc>
      </w:tr>
    </w:tbl>
    <w:p w14:paraId="459DAC55" w14:textId="77777777" w:rsidR="00794A48" w:rsidRPr="00E82CC2" w:rsidRDefault="00000000" w:rsidP="00E82CC2">
      <w:pPr>
        <w:spacing w:after="40"/>
        <w:jc w:val="both"/>
        <w:rPr>
          <w:rFonts w:ascii="Calibri" w:hAnsi="Calibri" w:cs="Calibri"/>
          <w:sz w:val="18"/>
          <w:szCs w:val="18"/>
          <w:lang w:val="el-GR"/>
        </w:rPr>
      </w:pPr>
      <w:r w:rsidRPr="00E82CC2">
        <w:rPr>
          <w:rFonts w:ascii="Calibri" w:hAnsi="Calibri" w:cs="Calibri"/>
          <w:sz w:val="18"/>
          <w:szCs w:val="18"/>
          <w:lang w:val="el-GR"/>
        </w:rPr>
        <w:t>(1) Αναγράφεται από τον ενδιαφερόμενο πολίτη ή Αρχή ή η Υπηρεσία του δημόσιου τομέα, που απευθύνεται η αίτηση.</w:t>
      </w:r>
    </w:p>
    <w:p w14:paraId="4CE920A7" w14:textId="77777777" w:rsidR="00794A48" w:rsidRPr="00E82CC2" w:rsidRDefault="00000000" w:rsidP="00E82CC2">
      <w:pPr>
        <w:spacing w:after="40"/>
        <w:jc w:val="both"/>
        <w:rPr>
          <w:rFonts w:ascii="Calibri" w:hAnsi="Calibri" w:cs="Calibri"/>
          <w:sz w:val="18"/>
          <w:szCs w:val="18"/>
          <w:lang w:val="el-GR"/>
        </w:rPr>
      </w:pPr>
      <w:r w:rsidRPr="00E82CC2">
        <w:rPr>
          <w:rFonts w:ascii="Calibri" w:hAnsi="Calibri" w:cs="Calibri"/>
          <w:sz w:val="18"/>
          <w:szCs w:val="18"/>
          <w:lang w:val="el-GR"/>
        </w:rPr>
        <w:t>(2) Αναγράφεται ολογράφως.</w:t>
      </w:r>
    </w:p>
    <w:p w14:paraId="26969676" w14:textId="77777777" w:rsidR="00794A48" w:rsidRPr="00E82CC2" w:rsidRDefault="00000000" w:rsidP="00E82CC2">
      <w:pPr>
        <w:spacing w:after="40"/>
        <w:jc w:val="both"/>
        <w:rPr>
          <w:rFonts w:ascii="Calibri" w:hAnsi="Calibri" w:cs="Calibri"/>
          <w:sz w:val="18"/>
          <w:szCs w:val="18"/>
          <w:lang w:val="el-GR"/>
        </w:rPr>
      </w:pPr>
      <w:r w:rsidRPr="00E82CC2">
        <w:rPr>
          <w:rFonts w:ascii="Calibri" w:hAnsi="Calibri" w:cs="Calibri"/>
          <w:sz w:val="18"/>
          <w:szCs w:val="18"/>
          <w:lang w:val="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A170701" w14:textId="77777777" w:rsidR="00794A48" w:rsidRPr="00E82CC2" w:rsidRDefault="00000000" w:rsidP="00E82CC2">
      <w:pPr>
        <w:spacing w:after="40"/>
        <w:jc w:val="both"/>
        <w:rPr>
          <w:rFonts w:ascii="Calibri" w:hAnsi="Calibri" w:cs="Calibri"/>
          <w:sz w:val="18"/>
          <w:szCs w:val="18"/>
          <w:lang w:val="el-GR"/>
        </w:rPr>
      </w:pPr>
      <w:r w:rsidRPr="00E82CC2">
        <w:rPr>
          <w:rFonts w:ascii="Calibri" w:hAnsi="Calibri" w:cs="Calibri"/>
          <w:sz w:val="18"/>
          <w:szCs w:val="18"/>
          <w:lang w:val="el-GR"/>
        </w:rPr>
        <w:t>(4) Σε περίπτωση ανεπάρκειας χώρου η δήλωση συνεχίζεται στην πίσω όψη της και υπογράφεται από τον δηλούντα ή την δηλούσα.</w:t>
      </w:r>
    </w:p>
    <w:sectPr w:rsidR="00794A48" w:rsidRPr="00E82CC2" w:rsidSect="009C3979">
      <w:pgSz w:w="11906" w:h="16838"/>
      <w:pgMar w:top="284" w:right="850" w:bottom="284" w:left="85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07243280">
    <w:abstractNumId w:val="8"/>
  </w:num>
  <w:num w:numId="2" w16cid:durableId="1521233901">
    <w:abstractNumId w:val="6"/>
  </w:num>
  <w:num w:numId="3" w16cid:durableId="264700634">
    <w:abstractNumId w:val="5"/>
  </w:num>
  <w:num w:numId="4" w16cid:durableId="661546828">
    <w:abstractNumId w:val="4"/>
  </w:num>
  <w:num w:numId="5" w16cid:durableId="1597709905">
    <w:abstractNumId w:val="7"/>
  </w:num>
  <w:num w:numId="6" w16cid:durableId="1761440309">
    <w:abstractNumId w:val="3"/>
  </w:num>
  <w:num w:numId="7" w16cid:durableId="1996647294">
    <w:abstractNumId w:val="2"/>
  </w:num>
  <w:num w:numId="8" w16cid:durableId="459567939">
    <w:abstractNumId w:val="1"/>
  </w:num>
  <w:num w:numId="9" w16cid:durableId="121184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94A48"/>
    <w:rsid w:val="00831457"/>
    <w:rsid w:val="009C3979"/>
    <w:rsid w:val="00AA1D8D"/>
    <w:rsid w:val="00B47730"/>
    <w:rsid w:val="00CB0664"/>
    <w:rsid w:val="00E82C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0430F"/>
  <w14:defaultImageDpi w14:val="300"/>
  <w15:docId w15:val="{AF58B297-1E62-450B-ADCF-69AFD60E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Arial" w:eastAsia="Arial" w:hAnsi="Arial"/>
      <w:sz w:val="21"/>
    </w:rPr>
  </w:style>
  <w:style w:type="paragraph" w:styleId="1">
    <w:name w:val="heading 1"/>
    <w:basedOn w:val="a1"/>
    <w:next w:val="a1"/>
    <w:link w:val="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443</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ΠΑΡΤΑΛΗ ΦΩΤΕΙΝΗ</cp:lastModifiedBy>
  <cp:revision>3</cp:revision>
  <dcterms:created xsi:type="dcterms:W3CDTF">2013-12-23T23:15:00Z</dcterms:created>
  <dcterms:modified xsi:type="dcterms:W3CDTF">2026-09-09T08:58:00Z</dcterms:modified>
  <cp:category/>
</cp:coreProperties>
</file>